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COMUNE DI FANO</w:t>
      </w:r>
    </w:p>
    <w:p>
      <w:pPr>
        <w:jc w:val="center"/>
      </w:pPr>
      <w:r>
        <w:rPr>
          <w:b/>
        </w:rPr>
        <w:t>UFFICIO ELETTORALE</w:t>
      </w:r>
    </w:p>
    <w:p>
      <w:pPr>
        <w:jc w:val="center"/>
      </w:pPr>
      <w:r>
        <w:rPr>
          <w:b/>
        </w:rPr>
        <w:t>DICHIARAZIONE SOSTITUTIVA DI CERTIFICAZIONE E DI ATTO DI NOTORIETÀ</w:t>
      </w:r>
    </w:p>
    <w:p>
      <w:pPr>
        <w:jc w:val="center"/>
      </w:pPr>
      <w:r>
        <w:rPr>
          <w:b w:val="0"/>
        </w:rPr>
        <w:t>ai sensi degli artt. 46 e 47 del D.P.R. 28 dicembre 2000, n. 445</w:t>
      </w:r>
    </w:p>
    <w:p>
      <w:pPr>
        <w:jc w:val="center"/>
      </w:pPr>
      <w:r>
        <w:rPr>
          <w:b w:val="0"/>
        </w:rPr>
        <w:t>A corredo della domanda di iscrizione nell’elenco degli elettori fuori sede (art. 8, Legge 9 ottobre 2026, n. 180)</w:t>
      </w:r>
    </w:p>
    <w:p>
      <w:pPr>
        <w:jc w:val="left"/>
      </w:pPr>
      <w:r>
        <w:rPr>
          <w:b w:val="0"/>
        </w:rPr>
        <w:t>Il/La sottoscritto/a ______________________________________________________________</w:t>
      </w:r>
    </w:p>
    <w:p>
      <w:pPr>
        <w:jc w:val="left"/>
      </w:pPr>
      <w:r>
        <w:rPr>
          <w:b w:val="0"/>
        </w:rPr>
        <w:t>nato/a a ______________________________________________ il ______________________</w:t>
      </w:r>
    </w:p>
    <w:p>
      <w:pPr>
        <w:jc w:val="left"/>
      </w:pPr>
      <w:r>
        <w:rPr>
          <w:b w:val="0"/>
        </w:rPr>
        <w:t>codice fiscale ___________________________________________________________________</w:t>
      </w:r>
    </w:p>
    <w:p>
      <w:pPr>
        <w:jc w:val="left"/>
      </w:pPr>
      <w:r>
        <w:rPr>
          <w:b w:val="0"/>
        </w:rPr>
        <w:t>residente nel Comune di __________________________ provincia ______ Regione __________</w:t>
      </w:r>
    </w:p>
    <w:p>
      <w:pPr>
        <w:jc w:val="left"/>
      </w:pPr>
      <w:r>
        <w:rPr>
          <w:b w:val="0"/>
        </w:rPr>
        <w:t>indirizzo di residenza _____________________________________________________________</w:t>
      </w:r>
    </w:p>
    <w:p>
      <w:pPr>
        <w:jc w:val="left"/>
      </w:pPr>
      <w:r>
        <w:rPr>
          <w:b w:val="0"/>
        </w:rPr>
        <w:t>temporaneamente domiciliato/a a Fano, in ___________________________________________</w:t>
      </w:r>
    </w:p>
    <w:p>
      <w:pPr>
        <w:jc w:val="left"/>
      </w:pPr>
      <w:r>
        <w:rPr>
          <w:b w:val="0"/>
        </w:rPr>
        <w:t>CAP _____________  recapito telefonico __________________  e-mail ____________________</w:t>
      </w:r>
    </w:p>
    <w:p>
      <w:pPr>
        <w:jc w:val="left"/>
      </w:pPr>
      <w:r>
        <w:rPr>
          <w:b w:val="0"/>
        </w:rPr>
        <w:t>consapevole delle responsabilità penali previste dall’art. 76 del D.P.R. 445/2000 per dichiarazioni mendaci e della decadenza dai benefici ai sensi dell’art. 75 dello stesso decreto,</w:t>
      </w:r>
    </w:p>
    <w:p>
      <w:pPr>
        <w:jc w:val="center"/>
      </w:pPr>
      <w:r>
        <w:rPr>
          <w:b/>
        </w:rPr>
        <w:t>DICHIARA</w:t>
      </w:r>
    </w:p>
    <w:p>
      <w:pPr>
        <w:jc w:val="left"/>
      </w:pPr>
      <w:r>
        <w:rPr>
          <w:b w:val="0"/>
        </w:rPr>
        <w:t>di essere iscritto/a nelle liste elettorali del Comune di _________________________________, situato in una Regione diversa dalle Marche;</w:t>
      </w:r>
    </w:p>
    <w:p>
      <w:pPr>
        <w:jc w:val="left"/>
      </w:pPr>
      <w:r>
        <w:rPr>
          <w:b w:val="0"/>
        </w:rPr>
        <w:t>di trovarsi temporaneamente domiciliato/a a Fano per la seguente motivazione (barrare una sola casella):</w:t>
      </w:r>
    </w:p>
    <w:p>
      <w:pPr>
        <w:jc w:val="left"/>
      </w:pPr>
      <w:r>
        <w:rPr>
          <w:b w:val="0"/>
        </w:rPr>
        <w:t>☐ STUDIO O LAVORO: permanenza prevista di almeno nove mesi, dal __________ al __________, per motivi di  ☐ studio  ☐ lavoro;</w:t>
      </w:r>
    </w:p>
    <w:p>
      <w:pPr>
        <w:jc w:val="left"/>
      </w:pPr>
      <w:r>
        <w:rPr>
          <w:b w:val="0"/>
        </w:rPr>
        <w:t>☐ CURA: permanenza di almeno tre mesi, comprendente la data della consultazione, per assistenza sanitaria, terapia o trattamento medico presso una struttura sanitaria situata in una Regione diversa da quella d’iscrizione elettorale;</w:t>
      </w:r>
    </w:p>
    <w:p>
      <w:pPr>
        <w:jc w:val="left"/>
      </w:pPr>
      <w:r>
        <w:rPr>
          <w:b w:val="0"/>
        </w:rPr>
        <w:t>☐ CAREGIVER FAMILIARE: attività di assistenza per almeno tre mesi, comprendenti la data della consultazione, a persona sottoposta a cure o trattamenti sanitari, alle condizioni previste dalla legge;</w:t>
      </w:r>
    </w:p>
    <w:p>
      <w:pPr>
        <w:jc w:val="left"/>
      </w:pPr>
      <w:r>
        <w:rPr>
          <w:b w:val="0"/>
        </w:rPr>
        <w:t>☐ GENITORE O FAMILIARE CONVIVENTE DI MINORE IN CURA: accompagnamento o assistenza per almeno tre mesi a un minore sottoposto a cure o trattamenti sanitari, alle condizioni previste dalla legge.</w:t>
      </w:r>
    </w:p>
    <w:p>
      <w:pPr>
        <w:jc w:val="left"/>
      </w:pPr>
      <w:r>
        <w:rPr>
          <w:b w:val="0"/>
        </w:rPr>
        <w:t>Ulteriori elementi utili a documentare la condizione dichiarata (ente, struttura, periodo, ecc.):</w:t>
      </w:r>
    </w:p>
    <w:p>
      <w:pPr>
        <w:jc w:val="left"/>
      </w:pPr>
      <w:r>
        <w:rPr>
          <w:b w:val="0"/>
        </w:rPr>
        <w:t>________________________________________________________________________________</w:t>
      </w:r>
    </w:p>
    <w:p>
      <w:pPr>
        <w:jc w:val="left"/>
      </w:pPr>
      <w:r>
        <w:rPr>
          <w:b w:val="0"/>
        </w:rPr>
        <w:t>________________________________________________________________________________</w:t>
      </w:r>
    </w:p>
    <w:p>
      <w:pPr>
        <w:jc w:val="left"/>
      </w:pPr>
      <w:r>
        <w:rPr>
          <w:b w:val="0"/>
        </w:rPr>
        <w:t>Allega copia di un documento di riconoscimento in corso di validità e, se disponibile o richiesta, la documentazione comprovante le condizioni dichiarate.</w:t>
      </w:r>
    </w:p>
    <w:p>
      <w:pPr>
        <w:jc w:val="left"/>
      </w:pPr>
      <w:r>
        <w:rPr>
          <w:b w:val="0"/>
        </w:rPr>
        <w:t>Fano, data __________________       Firma leggibile __________________________________</w:t>
      </w:r>
    </w:p>
    <w:p>
      <w:pPr>
        <w:jc w:val="left"/>
      </w:pPr>
      <w:r>
        <w:rPr>
          <w:b w:val="0"/>
        </w:rPr>
        <w:t>Nota: questo facsimile è una dichiarazione integrativa da allegare alla domanda di iscrizione. Non sostituisce il modello di domanda ministeriale né l’eventuale documentazione richiesta dall’Ufficio Elettorale.</w:t>
      </w:r>
    </w:p>
    <w:sectPr w:rsidR="00FC693F" w:rsidRPr="0006063C" w:rsidSect="00034616">
      <w:footerReference w:type="default" r:id="rId9"/>
      <w:pgSz w:w="12240" w:h="15840"/>
      <w:pgMar w:top="680" w:right="1191" w:bottom="68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Ufficio Elettorale | comune.fano.elettorale@emarche.it | elettorale@comune.fano.pu.it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